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· Tecnología · 2.º</w:t>
      </w:r>
    </w:p>
    <w:p>
      <w:pPr>
        <w:pStyle w:val="Heading2"/>
      </w:pPr>
      <w:r>
        <w:t>Identificación curricular</w:t>
      </w:r>
    </w:p>
    <w:p>
      <w:r>
        <w:t>Herramientas, máquinas e instrumentos, como extensión corporal, en la satisfacción continua de intereses y necesidades humanas.</w:t>
      </w:r>
    </w:p>
    <w:p>
      <w:r>
        <w:t>Analiza las herramientas, máquinas, instrumentos y formas de organización, como una extensión de las posibilidades corporales para solucionar problemas en diversos contextos.</w:t>
      </w:r>
    </w:p>
    <w:p>
      <w:r>
        <w:t>Producto final: Plano técnico anotado de una herramienta mejorada</w:t>
      </w:r>
    </w:p>
    <w:p>
      <w:pPr>
        <w:pStyle w:val="Heading2"/>
      </w:pPr>
      <w:r>
        <w:t>Cómo usar este cuadernillo</w:t>
      </w:r>
    </w:p>
    <w:p>
      <w:r>
        <w:t>Completa una ficha por sesión. Puedes trabajar sin teléfono ni internet. Conserva tus evidencias y revisa tus respuestas con los criterios.</w:t>
      </w:r>
    </w:p>
    <w:p>
      <w:pPr>
        <w:pStyle w:val="Heading2"/>
      </w:pPr>
      <w:r>
        <w:t>Ficha 1. Identificar problemas cotidianos solucionados con herramientas</w:t>
      </w:r>
    </w:p>
    <w:p>
      <w:r>
        <w:t>1. Observa el ejemplo presentado en clase y escribe dos datos relevantes.</w:t>
      </w:r>
    </w:p>
    <w:p>
      <w:r>
        <w:t>2. Realiza la tarea: Identificar problemas cotidianos solucionados con herramientas.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2. Comparar herramienta, máquina e instrumento</w:t>
      </w:r>
    </w:p>
    <w:p>
      <w:r>
        <w:t>1. Observa el ejemplo presentado en clase y escribe dos datos relevantes.</w:t>
      </w:r>
    </w:p>
    <w:p>
      <w:r>
        <w:t>2. Realiza la tarea: Comparar herramienta, máquina e instrumento.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3. Observar palancas y su ventaja mecánica conceptual</w:t>
      </w:r>
    </w:p>
    <w:p>
      <w:r>
        <w:t>1. Observa el ejemplo presentado en clase y escribe dos datos relevantes.</w:t>
      </w:r>
    </w:p>
    <w:p>
      <w:r>
        <w:t>2. Realiza la tarea: Observar palancas y su ventaja mecánica conceptual.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4. Analizar agarre, postura y ergonomía</w:t>
      </w:r>
    </w:p>
    <w:p>
      <w:r>
        <w:t>1. Observa el ejemplo presentado en clase y escribe dos datos relevantes.</w:t>
      </w:r>
    </w:p>
    <w:p>
      <w:r>
        <w:t>2. Realiza la tarea: Analizar agarre, postura y ergonomía.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5. Reconocer riesgos y protección en uso de herramientas</w:t>
      </w:r>
    </w:p>
    <w:p>
      <w:r>
        <w:t>1. Observa el ejemplo presentado en clase y escribe dos datos relevantes.</w:t>
      </w:r>
    </w:p>
    <w:p>
      <w:r>
        <w:t>2. Realiza la tarea: Reconocer riesgos y protección en uso de herramientas.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6. Describir materiales y partes de una herramienta</w:t>
      </w:r>
    </w:p>
    <w:p>
      <w:r>
        <w:t>1. Observa el ejemplo presentado en clase y escribe dos datos relevantes.</w:t>
      </w:r>
    </w:p>
    <w:p>
      <w:r>
        <w:t>2. Realiza la tarea: Describir materiales y partes de una herramienta.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7. Elegir una necesidad concreta para mejorar un diseño</w:t>
      </w:r>
    </w:p>
    <w:p>
      <w:r>
        <w:t>1. Observa el ejemplo presentado en clase y escribe dos datos relevantes.</w:t>
      </w:r>
    </w:p>
    <w:p>
      <w:r>
        <w:t>2. Realiza la tarea: Elegir una necesidad concreta para mejorar un diseño.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8. Dibujar vistas frontal y lateral de la herramienta</w:t>
      </w:r>
    </w:p>
    <w:p>
      <w:r>
        <w:t>1. Observa el ejemplo presentado en clase y escribe dos datos relevantes.</w:t>
      </w:r>
    </w:p>
    <w:p>
      <w:r>
        <w:t>2. Realiza la tarea: Dibujar vistas frontal y lateral de la herramienta.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9. Anotar dimensiones relativas y partes funcionales</w:t>
      </w:r>
    </w:p>
    <w:p>
      <w:r>
        <w:t>1. Observa el ejemplo presentado en clase y escribe dos datos relevantes.</w:t>
      </w:r>
    </w:p>
    <w:p>
      <w:r>
        <w:t>2. Realiza la tarea: Anotar dimensiones relativas y partes funcionales.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10. Explicar cómo se transmite fuerza o movimiento</w:t>
      </w:r>
    </w:p>
    <w:p>
      <w:r>
        <w:t>1. Observa el ejemplo presentado en clase y escribe dos datos relevantes.</w:t>
      </w:r>
    </w:p>
    <w:p>
      <w:r>
        <w:t>2. Realiza la tarea: Explicar cómo se transmite fuerza o movimiento.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11. Proponer dos mejoras y compararlas por criterios</w:t>
      </w:r>
    </w:p>
    <w:p>
      <w:r>
        <w:t>1. Observa el ejemplo presentado en clase y escribe dos datos relevantes.</w:t>
      </w:r>
    </w:p>
    <w:p>
      <w:r>
        <w:t>2. Realiza la tarea: Proponer dos mejoras y compararlas por criterios.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12. Revisar accesibilidad y seguridad del diseño</w:t>
      </w:r>
    </w:p>
    <w:p>
      <w:r>
        <w:t>1. Observa el ejemplo presentado en clase y escribe dos datos relevantes.</w:t>
      </w:r>
    </w:p>
    <w:p>
      <w:r>
        <w:t>2. Realiza la tarea: Revisar accesibilidad y seguridad del diseño.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13. Construir maqueta en papel y detectar fallos</w:t>
      </w:r>
    </w:p>
    <w:p>
      <w:r>
        <w:t>1. Observa el ejemplo presentado en clase y escribe dos datos relevantes.</w:t>
      </w:r>
    </w:p>
    <w:p>
      <w:r>
        <w:t>2. Realiza la tarea: Construir maqueta en papel y detectar fallos.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14. Presentar plano anotado y justificar la mejora</w:t>
      </w:r>
    </w:p>
    <w:p>
      <w:r>
        <w:t>1. Observa el ejemplo presentado en clase y escribe dos datos relevantes.</w:t>
      </w:r>
    </w:p>
    <w:p>
      <w:r>
        <w:t>2. Realiza la tarea: Presentar plano anotado y justificar la mejora.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Rúbrica analítica</w:t>
      </w:r>
    </w:p>
    <w:p>
      <w:r>
        <w:t>Comprensión (40%): identifica conceptos y los aplica correctamente.</w:t>
      </w:r>
    </w:p>
    <w:p>
      <w:r>
        <w:t>Evidencias (30%): justifica con datos o ejemplos pertinentes.</w:t>
      </w:r>
    </w:p>
    <w:p>
      <w:r>
        <w:t>Producto (20%): organiza y comunica con claridad.</w:t>
      </w:r>
    </w:p>
    <w:p>
      <w:r>
        <w:t>Revisión (10%): incorpora correcciones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