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Matemáticas · 97_MAT</w:t>
      </w:r>
    </w:p>
    <w:p>
      <w:pPr>
        <w:pStyle w:val="Heading2"/>
      </w:pPr>
      <w:r>
        <w:t>PDA oficial</w:t>
      </w:r>
    </w:p>
    <w:p>
      <w:r>
        <w:t>Reconoce el significado de las cuatro operaciones básicas y sus relaciones inversas al resolver problemas que impliquen el uso de números con signo.</w:t>
      </w:r>
    </w:p>
    <w:p>
      <w:pPr>
        <w:pStyle w:val="Heading2"/>
      </w:pPr>
      <w:r>
        <w:t>Producto final aprobado</w:t>
      </w:r>
    </w:p>
    <w:p>
      <w:r>
        <w:t>Balanza manipulativa de operaciones inversas con números con signo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«Extensión del significado de las operaciones y sus relaciones inversas.».</w:t>
      </w:r>
    </w:p>
    <w:p>
      <w:r>
        <w:t>Investiga en los materiales impresos: anota dos observaciones y una duda.</w:t>
      </w:r>
    </w:p>
    <w:p>
      <w:r>
        <w:t>Construye: desarrolla la parte 1 del producto «Balanza manipulativa de operaciones inversas con números con signo»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«Extensión del significado de las operaciones y sus relaciones inversas.».</w:t>
      </w:r>
    </w:p>
    <w:p>
      <w:r>
        <w:t>Investiga en los materiales impresos: anota dos observaciones y una duda.</w:t>
      </w:r>
    </w:p>
    <w:p>
      <w:r>
        <w:t>Construye: desarrolla la parte 2 del producto «Balanza manipulativa de operaciones inversas con números con signo»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«Extensión del significado de las operaciones y sus relaciones inversas.».</w:t>
      </w:r>
    </w:p>
    <w:p>
      <w:r>
        <w:t>Investiga en los materiales impresos: anota dos observaciones y una duda.</w:t>
      </w:r>
    </w:p>
    <w:p>
      <w:r>
        <w:t>Construye: desarrolla la parte 3 del producto «Balanza manipulativa de operaciones inversas con números con signo»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«Extensión del significado de las operaciones y sus relaciones inversas.».</w:t>
      </w:r>
    </w:p>
    <w:p>
      <w:r>
        <w:t>Investiga en los materiales impresos: anota dos observaciones y una duda.</w:t>
      </w:r>
    </w:p>
    <w:p>
      <w:r>
        <w:t>Construye: desarrolla la parte 4 del producto «Balanza manipulativa de operaciones inversas con números con signo»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«Extensión del significado de las operaciones y sus relaciones inversas.».</w:t>
      </w:r>
    </w:p>
    <w:p>
      <w:r>
        <w:t>Investiga en los materiales impresos: anota dos observaciones y una duda.</w:t>
      </w:r>
    </w:p>
    <w:p>
      <w:r>
        <w:t>Construye: desarrolla la parte 5 del producto «Balanza manipulativa de operaciones inversas con números con signo»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«Extensión del significado de las operaciones y sus relaciones inversas.».</w:t>
      </w:r>
    </w:p>
    <w:p>
      <w:r>
        <w:t>Investiga en los materiales impresos: anota dos observaciones y una duda.</w:t>
      </w:r>
    </w:p>
    <w:p>
      <w:r>
        <w:t>Construye: desarrolla la parte 6 del producto «Balanza manipulativa de operaciones inversas con números con signo»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