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Matemáticas · 97_MAT</w:t>
      </w:r>
    </w:p>
    <w:p>
      <w:pPr>
        <w:pStyle w:val="Heading2"/>
      </w:pPr>
      <w:r>
        <w:t>PDA oficial</w:t>
      </w:r>
    </w:p>
    <w:p>
      <w:r>
        <w:t>Reconoce el significado de las cuatro operaciones básicas y sus relaciones inversas al resolver problemas que impliquen el uso de números con signo.</w:t>
      </w:r>
    </w:p>
    <w:p>
      <w:pPr>
        <w:pStyle w:val="Heading2"/>
      </w:pPr>
      <w:r>
        <w:t>Producto final aprobado</w:t>
      </w:r>
    </w:p>
    <w:p>
      <w:r>
        <w:t>Balanza manipulativa de operaciones inversas con números con signo</w:t>
      </w:r>
    </w:p>
    <w:p>
      <w:pPr>
        <w:pStyle w:val="Heading2"/>
      </w:pPr>
      <w:r>
        <w:t>Actividad inicial con ejemplo resuelto</w:t>
      </w:r>
    </w:p>
    <w:p>
      <w:r>
        <w:t>Resolver −3+5=2 y comprobar 2−5=−3.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−3 + 5 = 2. La operación inversa comprueba: 2 − 5 = −3.</w:t>
      </w:r>
    </w:p>
    <w:p>
      <w:r>
        <w:t>RESPUESTA / CRITERIO DE CORRECCIÓN: (−4) × 3 = −12 y −12 ÷ 3 = −4.</w:t>
      </w:r>
    </w:p>
    <w:p>
      <w:pPr>
        <w:pStyle w:val="Heading2"/>
      </w:pPr>
      <w:r>
        <w:t>Práctica guiada 1</w:t>
      </w:r>
    </w:p>
    <w:p>
      <w:r>
        <w:t>Aplica el mismo procedimiento a un caso nuevo: Resolver −3+5=2 y comprobar 2−5=−3.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Resolver −3+5=2 y comprobar 2−5=−3.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Resolver −3+5=2 y comprobar 2−5=−3.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Resolver −3+5=2 y comprobar 2−5=−3.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Resolver −3+5=2 y comprobar 2−5=−3.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Resolver −3+5=2 y comprobar 2−5=−3.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(−4) × 3 = −12 y −12 ÷ 3 = −4.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