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Tecnología · 71_TEC</w:t>
      </w:r>
    </w:p>
    <w:p>
      <w:pPr>
        <w:pStyle w:val="Heading2"/>
      </w:pPr>
      <w:r>
        <w:t>PDA oficial</w:t>
      </w:r>
    </w:p>
    <w:p>
      <w:r>
        <w:t>Comprende la función de la energía en los sistemas técnicos y sus implicaciones en el desarrollo tecnológico para la toma de decisiones responsables, que permitan prever y disminuir riesgos personales, sociales y naturales.</w:t>
      </w:r>
    </w:p>
    <w:p>
      <w:pPr>
        <w:pStyle w:val="Heading2"/>
      </w:pPr>
      <w:r>
        <w:t>Producto final aprobado</w:t>
      </w:r>
    </w:p>
    <w:p>
      <w:r>
        <w:t>Modelo manipulativo de flujo de energía en un sistema técnico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1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2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3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4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5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6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7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7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8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8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9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9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10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10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11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11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12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12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13 · 40 minutos</w:t>
      </w:r>
    </w:p>
    <w:p>
      <w:r>
        <w:t>Explora: lee un ejemplo o caso breve relativo al contenido «Usos e implicaciones de la energía en los procesos técnicos.».</w:t>
      </w:r>
    </w:p>
    <w:p>
      <w:r>
        <w:t>Investiga en los materiales impresos: anota dos observaciones y una duda.</w:t>
      </w:r>
    </w:p>
    <w:p>
      <w:r>
        <w:t>Construye: desarrolla la parte 13 del producto «Modelo manipulativo de flujo de energía en un sistema técnico»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