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Formación Cívica y Ética · 70_FCE</w:t>
      </w:r>
    </w:p>
    <w:p>
      <w:pPr>
        <w:pStyle w:val="Heading2"/>
      </w:pPr>
      <w:r>
        <w:t>PDA oficial</w:t>
      </w:r>
    </w:p>
    <w:p>
      <w:r>
        <w:t>Asume una postura ética acerca de los movimientos sociales y políticos que originaron los derechos humanos en el mundo y su influencia en México.</w:t>
      </w:r>
    </w:p>
    <w:p>
      <w:pPr>
        <w:pStyle w:val="Heading2"/>
      </w:pPr>
      <w:r>
        <w:t>Producto final aprobado</w:t>
      </w:r>
    </w:p>
    <w:p>
      <w:r>
        <w:t>Línea del tiempo argumentada de movimientos y conquistas de derechos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«Movimientos sociales y políticos por los derechos humanos en el mundo y en México.».</w:t>
      </w:r>
    </w:p>
    <w:p>
      <w:r>
        <w:t>Investiga en los materiales impresos: anota dos observaciones y una duda.</w:t>
      </w:r>
    </w:p>
    <w:p>
      <w:r>
        <w:t>Construye: desarrolla la parte 1 del producto «Línea del tiempo argumentada de movimientos y conquistas de derechos»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«Movimientos sociales y políticos por los derechos humanos en el mundo y en México.».</w:t>
      </w:r>
    </w:p>
    <w:p>
      <w:r>
        <w:t>Investiga en los materiales impresos: anota dos observaciones y una duda.</w:t>
      </w:r>
    </w:p>
    <w:p>
      <w:r>
        <w:t>Construye: desarrolla la parte 2 del producto «Línea del tiempo argumentada de movimientos y conquistas de derechos»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«Movimientos sociales y políticos por los derechos humanos en el mundo y en México.».</w:t>
      </w:r>
    </w:p>
    <w:p>
      <w:r>
        <w:t>Investiga en los materiales impresos: anota dos observaciones y una duda.</w:t>
      </w:r>
    </w:p>
    <w:p>
      <w:r>
        <w:t>Construye: desarrolla la parte 3 del producto «Línea del tiempo argumentada de movimientos y conquistas de derechos»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«Movimientos sociales y políticos por los derechos humanos en el mundo y en México.».</w:t>
      </w:r>
    </w:p>
    <w:p>
      <w:r>
        <w:t>Investiga en los materiales impresos: anota dos observaciones y una duda.</w:t>
      </w:r>
    </w:p>
    <w:p>
      <w:r>
        <w:t>Construye: desarrolla la parte 4 del producto «Línea del tiempo argumentada de movimientos y conquistas de derechos»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«Movimientos sociales y políticos por los derechos humanos en el mundo y en México.».</w:t>
      </w:r>
    </w:p>
    <w:p>
      <w:r>
        <w:t>Investiga en los materiales impresos: anota dos observaciones y una duda.</w:t>
      </w:r>
    </w:p>
    <w:p>
      <w:r>
        <w:t>Construye: desarrolla la parte 5 del producto «Línea del tiempo argumentada de movimientos y conquistas de derechos»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