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Cuadernillo del alumnado</w:t>
      </w:r>
    </w:p>
    <w:p>
      <w:r>
        <w:t>Educación Física · 42_EFI</w:t>
      </w:r>
    </w:p>
    <w:p>
      <w:pPr>
        <w:pStyle w:val="Heading2"/>
      </w:pPr>
      <w:r>
        <w:t>PDA oficial</w:t>
      </w:r>
    </w:p>
    <w:p>
      <w:r>
        <w:t>Pone en práctica los elementos de la condición física en actividades motrices y recreativas, para reconocerlas como alternativas que fomentan el bienestar individual y colectivo.</w:t>
      </w:r>
    </w:p>
    <w:p>
      <w:pPr>
        <w:pStyle w:val="Heading2"/>
      </w:pPr>
      <w:r>
        <w:t>Producto final aprobado</w:t>
      </w:r>
    </w:p>
    <w:p>
      <w:r>
        <w:t>Circuito inclusivo de condición física y autocuidado</w:t>
      </w:r>
    </w:p>
    <w:p>
      <w:pPr>
        <w:pStyle w:val="Heading2"/>
      </w:pPr>
      <w:r>
        <w:t>Ficha 1 · 40 minutos</w:t>
      </w:r>
    </w:p>
    <w:p>
      <w:r>
        <w:t>Explora: lee un ejemplo o caso breve relativo al contenido «Potencialidades cognitivas, expresivas, motrices, creativas y de relación.».</w:t>
      </w:r>
    </w:p>
    <w:p>
      <w:r>
        <w:t>Investiga en los materiales impresos: anota dos observaciones y una duda.</w:t>
      </w:r>
    </w:p>
    <w:p>
      <w:r>
        <w:t>Construye: desarrolla la parte 1 del producto «Circuito inclusivo de condición física y autocuidado» mediante texto, dibujo, esquema o manipulación.</w:t>
      </w:r>
    </w:p>
    <w:p>
      <w:r>
        <w:t>Revisa: explica una decisión, corrige un detalle y guarda tu evidencia.</w:t>
      </w:r>
    </w:p>
    <w:p>
      <w:r>
        <w:t>Evidencia: ________________________________________________________</w:t>
      </w:r>
    </w:p>
    <w:p>
      <w:r>
        <w:t>Justificación: ______________________________________________________</w:t>
      </w:r>
    </w:p>
    <w:p>
      <w:pPr>
        <w:pStyle w:val="Heading2"/>
      </w:pPr>
      <w:r>
        <w:t>Ficha 2 · 40 minutos</w:t>
      </w:r>
    </w:p>
    <w:p>
      <w:r>
        <w:t>Explora: lee un ejemplo o caso breve relativo al contenido «Potencialidades cognitivas, expresivas, motrices, creativas y de relación.».</w:t>
      </w:r>
    </w:p>
    <w:p>
      <w:r>
        <w:t>Investiga en los materiales impresos: anota dos observaciones y una duda.</w:t>
      </w:r>
    </w:p>
    <w:p>
      <w:r>
        <w:t>Construye: desarrolla la parte 2 del producto «Circuito inclusivo de condición física y autocuidado» mediante texto, dibujo, esquema o manipulación.</w:t>
      </w:r>
    </w:p>
    <w:p>
      <w:r>
        <w:t>Revisa: explica una decisión, corrige un detalle y guarda tu evidencia.</w:t>
      </w:r>
    </w:p>
    <w:p>
      <w:r>
        <w:t>Evidencia: ________________________________________________________</w:t>
      </w:r>
    </w:p>
    <w:p>
      <w:r>
        <w:t>Justificación: ______________________________________________________</w:t>
      </w:r>
    </w:p>
    <w:p>
      <w:pPr>
        <w:pStyle w:val="Heading2"/>
      </w:pPr>
      <w:r>
        <w:t>Ficha 3 · 40 minutos</w:t>
      </w:r>
    </w:p>
    <w:p>
      <w:r>
        <w:t>Explora: lee un ejemplo o caso breve relativo al contenido «Potencialidades cognitivas, expresivas, motrices, creativas y de relación.».</w:t>
      </w:r>
    </w:p>
    <w:p>
      <w:r>
        <w:t>Investiga en los materiales impresos: anota dos observaciones y una duda.</w:t>
      </w:r>
    </w:p>
    <w:p>
      <w:r>
        <w:t>Construye: desarrolla la parte 3 del producto «Circuito inclusivo de condición física y autocuidado» mediante texto, dibujo, esquema o manipulación.</w:t>
      </w:r>
    </w:p>
    <w:p>
      <w:r>
        <w:t>Revisa: explica una decisión, corrige un detalle y guarda tu evidencia.</w:t>
      </w:r>
    </w:p>
    <w:p>
      <w:r>
        <w:t>Evidencia: ________________________________________________________</w:t>
      </w:r>
    </w:p>
    <w:p>
      <w:r>
        <w:t>Justificación: ______________________________________________________</w:t>
      </w:r>
    </w:p>
    <w:p>
      <w:pPr>
        <w:pStyle w:val="Heading2"/>
      </w:pPr>
      <w:r>
        <w:t>Ficha 4 · 40 minutos</w:t>
      </w:r>
    </w:p>
    <w:p>
      <w:r>
        <w:t>Explora: lee un ejemplo o caso breve relativo al contenido «Potencialidades cognitivas, expresivas, motrices, creativas y de relación.».</w:t>
      </w:r>
    </w:p>
    <w:p>
      <w:r>
        <w:t>Investiga en los materiales impresos: anota dos observaciones y una duda.</w:t>
      </w:r>
    </w:p>
    <w:p>
      <w:r>
        <w:t>Construye: desarrolla la parte 4 del producto «Circuito inclusivo de condición física y autocuidado» mediante texto, dibujo, esquema o manipulación.</w:t>
      </w:r>
    </w:p>
    <w:p>
      <w:r>
        <w:t>Revisa: explica una decisión, corrige un detalle y guarda tu evidencia.</w:t>
      </w:r>
    </w:p>
    <w:p>
      <w:r>
        <w:t>Evidencia: ________________________________________________________</w:t>
      </w:r>
    </w:p>
    <w:p>
      <w:r>
        <w:t>Justificación: ______________________________________________________</w:t>
      </w:r>
    </w:p>
    <w:p>
      <w:pPr>
        <w:pStyle w:val="Heading2"/>
      </w:pPr>
      <w:r>
        <w:t>Ficha 5 · 40 minutos</w:t>
      </w:r>
    </w:p>
    <w:p>
      <w:r>
        <w:t>Explora: lee un ejemplo o caso breve relativo al contenido «Potencialidades cognitivas, expresivas, motrices, creativas y de relación.».</w:t>
      </w:r>
    </w:p>
    <w:p>
      <w:r>
        <w:t>Investiga en los materiales impresos: anota dos observaciones y una duda.</w:t>
      </w:r>
    </w:p>
    <w:p>
      <w:r>
        <w:t>Construye: desarrolla la parte 5 del producto «Circuito inclusivo de condición física y autocuidado» mediante texto, dibujo, esquema o manipulación.</w:t>
      </w:r>
    </w:p>
    <w:p>
      <w:r>
        <w:t>Revisa: explica una decisión, corrige un detalle y guarda tu evidencia.</w:t>
      </w:r>
    </w:p>
    <w:p>
      <w:r>
        <w:t>Evidencia: ________________________________________________________</w:t>
      </w:r>
    </w:p>
    <w:p>
      <w:r>
        <w:t>Justificación: ______________________________________________________</w:t>
      </w:r>
    </w:p>
    <w:p>
      <w:pPr>
        <w:pStyle w:val="Heading2"/>
      </w:pPr>
      <w:r>
        <w:t>Ficha 6 · 40 minutos</w:t>
      </w:r>
    </w:p>
    <w:p>
      <w:r>
        <w:t>Explora: lee un ejemplo o caso breve relativo al contenido «Potencialidades cognitivas, expresivas, motrices, creativas y de relación.».</w:t>
      </w:r>
    </w:p>
    <w:p>
      <w:r>
        <w:t>Investiga en los materiales impresos: anota dos observaciones y una duda.</w:t>
      </w:r>
    </w:p>
    <w:p>
      <w:r>
        <w:t>Construye: desarrolla la parte 6 del producto «Circuito inclusivo de condición física y autocuidado» mediante texto, dibujo, esquema o manipulación.</w:t>
      </w:r>
    </w:p>
    <w:p>
      <w:r>
        <w:t>Revisa: explica una decisión, corrige un detalle y guarda tu evidencia.</w:t>
      </w:r>
    </w:p>
    <w:p>
      <w:r>
        <w:t>Evidencia: ________________________________________________________</w:t>
      </w:r>
    </w:p>
    <w:p>
      <w:r>
        <w:t>Justificación: ______________________________________________________</w:t>
      </w:r>
    </w:p>
    <w:p>
      <w:pPr>
        <w:pStyle w:val="Heading2"/>
      </w:pPr>
      <w:r>
        <w:t>Ficha 7 · 40 minutos</w:t>
      </w:r>
    </w:p>
    <w:p>
      <w:r>
        <w:t>Explora: lee un ejemplo o caso breve relativo al contenido «Potencialidades cognitivas, expresivas, motrices, creativas y de relación.».</w:t>
      </w:r>
    </w:p>
    <w:p>
      <w:r>
        <w:t>Investiga en los materiales impresos: anota dos observaciones y una duda.</w:t>
      </w:r>
    </w:p>
    <w:p>
      <w:r>
        <w:t>Construye: desarrolla la parte 7 del producto «Circuito inclusivo de condición física y autocuidado» mediante texto, dibujo, esquema o manipulación.</w:t>
      </w:r>
    </w:p>
    <w:p>
      <w:r>
        <w:t>Revisa: explica una decisión, corrige un detalle y guarda tu evidencia.</w:t>
      </w:r>
    </w:p>
    <w:p>
      <w:r>
        <w:t>Evidencia: ________________________________________________________</w:t>
      </w:r>
    </w:p>
    <w:p>
      <w:r>
        <w:t>Justificación: ______________________________________________________</w:t>
      </w:r>
    </w:p>
    <w:p>
      <w:pPr>
        <w:pStyle w:val="Heading2"/>
      </w:pPr>
      <w:r>
        <w:t>Ficha 8 · 40 minutos</w:t>
      </w:r>
    </w:p>
    <w:p>
      <w:r>
        <w:t>Explora: lee un ejemplo o caso breve relativo al contenido «Potencialidades cognitivas, expresivas, motrices, creativas y de relación.».</w:t>
      </w:r>
    </w:p>
    <w:p>
      <w:r>
        <w:t>Investiga en los materiales impresos: anota dos observaciones y una duda.</w:t>
      </w:r>
    </w:p>
    <w:p>
      <w:r>
        <w:t>Construye: desarrolla la parte 8 del producto «Circuito inclusivo de condición física y autocuidado» mediante texto, dibujo, esquema o manipulación.</w:t>
      </w:r>
    </w:p>
    <w:p>
      <w:r>
        <w:t>Revisa: explica una decisión, corrige un detalle y guarda tu evidencia.</w:t>
      </w:r>
    </w:p>
    <w:p>
      <w:r>
        <w:t>Evidencia: ________________________________________________________</w:t>
      </w:r>
    </w:p>
    <w:p>
      <w:r>
        <w:t>Justificación: ______________________________________________________</w:t>
      </w:r>
    </w:p>
    <w:p>
      <w:pPr>
        <w:pStyle w:val="Heading2"/>
      </w:pPr>
      <w:r>
        <w:t>Ficha 9 · 40 minutos</w:t>
      </w:r>
    </w:p>
    <w:p>
      <w:r>
        <w:t>Explora: lee un ejemplo o caso breve relativo al contenido «Potencialidades cognitivas, expresivas, motrices, creativas y de relación.».</w:t>
      </w:r>
    </w:p>
    <w:p>
      <w:r>
        <w:t>Investiga en los materiales impresos: anota dos observaciones y una duda.</w:t>
      </w:r>
    </w:p>
    <w:p>
      <w:r>
        <w:t>Construye: desarrolla la parte 9 del producto «Circuito inclusivo de condición física y autocuidado» mediante texto, dibujo, esquema o manipulación.</w:t>
      </w:r>
    </w:p>
    <w:p>
      <w:r>
        <w:t>Revisa: explica una decisión, corrige un detalle y guarda tu evidencia.</w:t>
      </w:r>
    </w:p>
    <w:p>
      <w:r>
        <w:t>Evidencia: ________________________________________________________</w:t>
      </w:r>
    </w:p>
    <w:p>
      <w:r>
        <w:t>Justificación: ______________________________________________________</w:t>
      </w:r>
    </w:p>
    <w:p>
      <w:pPr>
        <w:pStyle w:val="Heading2"/>
      </w:pPr>
      <w:r>
        <w:t>Ficha 10 · 40 minutos</w:t>
      </w:r>
    </w:p>
    <w:p>
      <w:r>
        <w:t>Explora: lee un ejemplo o caso breve relativo al contenido «Potencialidades cognitivas, expresivas, motrices, creativas y de relación.».</w:t>
      </w:r>
    </w:p>
    <w:p>
      <w:r>
        <w:t>Investiga en los materiales impresos: anota dos observaciones y una duda.</w:t>
      </w:r>
    </w:p>
    <w:p>
      <w:r>
        <w:t>Construye: desarrolla la parte 10 del producto «Circuito inclusivo de condición física y autocuidado» mediante texto, dibujo, esquema o manipulación.</w:t>
      </w:r>
    </w:p>
    <w:p>
      <w:r>
        <w:t>Revisa: explica una decisión, corrige un detalle y guarda tu evidencia.</w:t>
      </w:r>
    </w:p>
    <w:p>
      <w:r>
        <w:t>Evidencia: ________________________________________________________</w:t>
      </w:r>
    </w:p>
    <w:p>
      <w:r>
        <w:t>Justificación: ______________________________________________________</w:t>
      </w:r>
    </w:p>
    <w:p>
      <w:pPr>
        <w:pStyle w:val="Heading2"/>
      </w:pPr>
      <w:r>
        <w:t>Ficha 11 · 40 minutos</w:t>
      </w:r>
    </w:p>
    <w:p>
      <w:r>
        <w:t>Explora: lee un ejemplo o caso breve relativo al contenido «Potencialidades cognitivas, expresivas, motrices, creativas y de relación.».</w:t>
      </w:r>
    </w:p>
    <w:p>
      <w:r>
        <w:t>Investiga en los materiales impresos: anota dos observaciones y una duda.</w:t>
      </w:r>
    </w:p>
    <w:p>
      <w:r>
        <w:t>Construye: desarrolla la parte 11 del producto «Circuito inclusivo de condición física y autocuidado» mediante texto, dibujo, esquema o manipulación.</w:t>
      </w:r>
    </w:p>
    <w:p>
      <w:r>
        <w:t>Revisa: explica una decisión, corrige un detalle y guarda tu evidencia.</w:t>
      </w:r>
    </w:p>
    <w:p>
      <w:r>
        <w:t>Evidencia: ________________________________________________________</w:t>
      </w:r>
    </w:p>
    <w:p>
      <w:r>
        <w:t>Justificación: ______________________________________________________</w:t>
      </w:r>
    </w:p>
    <w:p>
      <w:pPr>
        <w:pStyle w:val="Heading2"/>
      </w:pPr>
      <w:r>
        <w:t>Ficha 12 · 40 minutos</w:t>
      </w:r>
    </w:p>
    <w:p>
      <w:r>
        <w:t>Explora: lee un ejemplo o caso breve relativo al contenido «Potencialidades cognitivas, expresivas, motrices, creativas y de relación.».</w:t>
      </w:r>
    </w:p>
    <w:p>
      <w:r>
        <w:t>Investiga en los materiales impresos: anota dos observaciones y una duda.</w:t>
      </w:r>
    </w:p>
    <w:p>
      <w:r>
        <w:t>Construye: desarrolla la parte 12 del producto «Circuito inclusivo de condición física y autocuidado» mediante texto, dibujo, esquema o manipulación.</w:t>
      </w:r>
    </w:p>
    <w:p>
      <w:r>
        <w:t>Revisa: explica una decisión, corrige un detalle y guarda tu evidencia.</w:t>
      </w:r>
    </w:p>
    <w:p>
      <w:r>
        <w:t>Evidencia: ________________________________________________________</w:t>
      </w:r>
    </w:p>
    <w:p>
      <w:r>
        <w:t>Justificación: ______________________________________________________</w:t>
      </w:r>
    </w:p>
    <w:p>
      <w:pPr>
        <w:pStyle w:val="Heading2"/>
      </w:pPr>
      <w:r>
        <w:t>Ficha 13 · 40 minutos</w:t>
      </w:r>
    </w:p>
    <w:p>
      <w:r>
        <w:t>Explora: lee un ejemplo o caso breve relativo al contenido «Potencialidades cognitivas, expresivas, motrices, creativas y de relación.».</w:t>
      </w:r>
    </w:p>
    <w:p>
      <w:r>
        <w:t>Investiga en los materiales impresos: anota dos observaciones y una duda.</w:t>
      </w:r>
    </w:p>
    <w:p>
      <w:r>
        <w:t>Construye: desarrolla la parte 13 del producto «Circuito inclusivo de condición física y autocuidado» mediante texto, dibujo, esquema o manipulación.</w:t>
      </w:r>
    </w:p>
    <w:p>
      <w:r>
        <w:t>Revisa: explica una decisión, corrige un detalle y guarda tu evidencia.</w:t>
      </w:r>
    </w:p>
    <w:p>
      <w:r>
        <w:t>Evidencia: ________________________________________________________</w:t>
      </w:r>
    </w:p>
    <w:p>
      <w:r>
        <w:t>Justificación: ______________________________________________________</w:t>
      </w:r>
    </w:p>
    <w:p>
      <w:pPr>
        <w:pStyle w:val="Heading2"/>
      </w:pPr>
      <w:r>
        <w:t>Ficha 14 · 40 minutos</w:t>
      </w:r>
    </w:p>
    <w:p>
      <w:r>
        <w:t>Explora: lee un ejemplo o caso breve relativo al contenido «Potencialidades cognitivas, expresivas, motrices, creativas y de relación.».</w:t>
      </w:r>
    </w:p>
    <w:p>
      <w:r>
        <w:t>Investiga en los materiales impresos: anota dos observaciones y una duda.</w:t>
      </w:r>
    </w:p>
    <w:p>
      <w:r>
        <w:t>Construye: desarrolla la parte 14 del producto «Circuito inclusivo de condición física y autocuidado» mediante texto, dibujo, esquema o manipulación.</w:t>
      </w:r>
    </w:p>
    <w:p>
      <w:r>
        <w:t>Revisa: explica una decisión, corrige un detalle y guarda tu evidencia.</w:t>
      </w:r>
    </w:p>
    <w:p>
      <w:r>
        <w:t>Evidencia: ________________________________________________________</w:t>
      </w:r>
    </w:p>
    <w:p>
      <w:r>
        <w:t>Justificación: ______________________________________________________</w:t>
      </w:r>
    </w:p>
    <w:p>
      <w:pPr>
        <w:pStyle w:val="Heading2"/>
      </w:pPr>
      <w:r>
        <w:t>Rúbrica analítica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Criterio</w:t>
            </w:r>
          </w:p>
        </w:tc>
        <w:tc>
          <w:tcPr>
            <w:tcW w:type="dxa" w:w="2160"/>
          </w:tcPr>
          <w:p>
            <w:r>
              <w:t>Logrado (3)</w:t>
            </w:r>
          </w:p>
        </w:tc>
        <w:tc>
          <w:tcPr>
            <w:tcW w:type="dxa" w:w="2160"/>
          </w:tcPr>
          <w:p>
            <w:r>
              <w:t>En proceso (2)</w:t>
            </w:r>
          </w:p>
        </w:tc>
        <w:tc>
          <w:tcPr>
            <w:tcW w:type="dxa" w:w="2160"/>
          </w:tcPr>
          <w:p>
            <w:r>
              <w:t>Inicial (1)</w:t>
            </w:r>
          </w:p>
        </w:tc>
      </w:tr>
      <w:tr>
        <w:tc>
          <w:tcPr>
            <w:tcW w:type="dxa" w:w="2160"/>
          </w:tcPr>
          <w:p>
            <w:r>
              <w:t>Exactitud del PDA</w:t>
            </w:r>
          </w:p>
        </w:tc>
        <w:tc>
          <w:tcPr>
            <w:tcW w:type="dxa" w:w="2160"/>
          </w:tcPr>
          <w:p>
            <w:r>
              <w:t>Explica y demuestra con evidencia</w:t>
            </w:r>
          </w:p>
        </w:tc>
        <w:tc>
          <w:tcPr>
            <w:tcW w:type="dxa" w:w="2160"/>
          </w:tcPr>
          <w:p>
            <w:r>
              <w:t>Demuestra parcialmente</w:t>
            </w:r>
          </w:p>
        </w:tc>
        <w:tc>
          <w:tcPr>
            <w:tcW w:type="dxa" w:w="2160"/>
          </w:tcPr>
          <w:p>
            <w:r>
              <w:t>Requiere apoyo y revisión</w:t>
            </w:r>
          </w:p>
        </w:tc>
      </w:tr>
      <w:tr>
        <w:tc>
          <w:tcPr>
            <w:tcW w:type="dxa" w:w="2160"/>
          </w:tcPr>
          <w:p>
            <w:r>
              <w:t>Claridad y organización</w:t>
            </w:r>
          </w:p>
        </w:tc>
        <w:tc>
          <w:tcPr>
            <w:tcW w:type="dxa" w:w="2160"/>
          </w:tcPr>
          <w:p>
            <w:r>
              <w:t>Explica y demuestra con evidencia</w:t>
            </w:r>
          </w:p>
        </w:tc>
        <w:tc>
          <w:tcPr>
            <w:tcW w:type="dxa" w:w="2160"/>
          </w:tcPr>
          <w:p>
            <w:r>
              <w:t>Demuestra parcialmente</w:t>
            </w:r>
          </w:p>
        </w:tc>
        <w:tc>
          <w:tcPr>
            <w:tcW w:type="dxa" w:w="2160"/>
          </w:tcPr>
          <w:p>
            <w:r>
              <w:t>Requiere apoyo y revisión</w:t>
            </w:r>
          </w:p>
        </w:tc>
      </w:tr>
      <w:tr>
        <w:tc>
          <w:tcPr>
            <w:tcW w:type="dxa" w:w="2160"/>
          </w:tcPr>
          <w:p>
            <w:r>
              <w:t>Argumentación y ejemplos</w:t>
            </w:r>
          </w:p>
        </w:tc>
        <w:tc>
          <w:tcPr>
            <w:tcW w:type="dxa" w:w="2160"/>
          </w:tcPr>
          <w:p>
            <w:r>
              <w:t>Explica y demuestra con evidencia</w:t>
            </w:r>
          </w:p>
        </w:tc>
        <w:tc>
          <w:tcPr>
            <w:tcW w:type="dxa" w:w="2160"/>
          </w:tcPr>
          <w:p>
            <w:r>
              <w:t>Demuestra parcialmente</w:t>
            </w:r>
          </w:p>
        </w:tc>
        <w:tc>
          <w:tcPr>
            <w:tcW w:type="dxa" w:w="2160"/>
          </w:tcPr>
          <w:p>
            <w:r>
              <w:t>Requiere apoyo y revisión</w:t>
            </w:r>
          </w:p>
        </w:tc>
      </w:tr>
      <w:tr>
        <w:tc>
          <w:tcPr>
            <w:tcW w:type="dxa" w:w="2160"/>
          </w:tcPr>
          <w:p>
            <w:r>
              <w:t>Revisión y mejora</w:t>
            </w:r>
          </w:p>
        </w:tc>
        <w:tc>
          <w:tcPr>
            <w:tcW w:type="dxa" w:w="2160"/>
          </w:tcPr>
          <w:p>
            <w:r>
              <w:t>Explica y demuestra con evidencia</w:t>
            </w:r>
          </w:p>
        </w:tc>
        <w:tc>
          <w:tcPr>
            <w:tcW w:type="dxa" w:w="2160"/>
          </w:tcPr>
          <w:p>
            <w:r>
              <w:t>Demuestra parcialmente</w:t>
            </w:r>
          </w:p>
        </w:tc>
        <w:tc>
          <w:tcPr>
            <w:tcW w:type="dxa" w:w="2160"/>
          </w:tcPr>
          <w:p>
            <w:r>
              <w:t>Requiere apoyo y revisión</w:t>
            </w:r>
          </w:p>
        </w:tc>
      </w:tr>
    </w:tbl>
    <w:sectPr w:rsidR="00FC693F" w:rsidRPr="0006063C" w:rsidSect="00034616">
      <w:head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TUTORES TRASCENDENTALES  |  FASE 6  |  PRIMERO DE SECUNDARIA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