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ORDEN_99_GEO_1_R4_PDA4 · Rueda demostrativa de referencias de orientación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