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ORDEN_98_BIO_1_R4_PDA4 · Observatorio de mitos y corresponsabilidad en salud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