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ORDEN_62_EFI_3_R2_PDA2 · Catálogo de juegos inclusivos con reglas adaptables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