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ORDEN_61_TUT_3_R2_PDA2 · Laboratorio de conversaciones difíciles y acuerdos inclusivos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