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ORDEN_126_ING_1_R5_PDA5 · Noticiero en inglés de soluciones comunitarias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