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ORDEN_117_ART_3_R4_PDA4 · Teatro de sombras de memorias patrimoniales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