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ORDEN_114_EFI_2_R4_PDA4 · Diario táctico de jugadas, ajustes y resultados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