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ORDEN_113_TUT_2_R4_PDA4 · Portafolio de metas reajustadas y evidencias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