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ORDEN_110_HIS_2_R4_PDA4 · Historia · 2.º grado</w:t>
      </w:r>
    </w:p>
    <w:p>
      <w:pPr>
        <w:pStyle w:val="Heading2"/>
      </w:pPr>
      <w:r>
        <w:t>Nuestro desafío</w:t>
      </w:r>
    </w:p>
    <w:p>
      <w:r>
        <w:t>Construir «Juicio histórico documental sobre el reparto del mundo» para demostrar el PDA: Revisa desde una perspectiva fundada en valores universales, como la libertad, la justicia, el respeto y la tolerancia, el contenido de las Bulas Alejandrinas y el Tratado de Tordesillas.</w:t>
      </w:r>
    </w:p>
    <w:p>
      <w:pPr>
        <w:pStyle w:val="Heading2"/>
      </w:pPr>
      <w:r>
        <w:t>Lectura y comprensión</w:t>
      </w:r>
    </w:p>
    <w:p>
      <w:r>
        <w:t>Contenido oficial: La conformación de las metrópolis y los sistemas de dominación..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«La conformación de las metrópolis y los sistemas de dominación.», separar observaciones de suposiciones y formular una pregunta que oriente «Juicio histórico documental sobre el reparto del mundo».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«La conformación de las metrópolis y los sistemas de dominación.»,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«Juicio histórico documental sobre el reparto del mundo»;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«Juicio histórico documental sobre el reparto del mundo»;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«Juicio histórico documental sobre el reparto del mundo» aplicando «La conformación de las metrópolis y los sistemas de dominación.»;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«Juicio histórico documental sobre el reparto del mundo»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