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ORDEN_106_ING_2_R4_PDA4 · Museo sonoro en inglés de expresiones lingüísticas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