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aprendizaje y producción</w:t>
      </w:r>
    </w:p>
    <w:p>
      <w:r>
        <w:t>ORDEN_105_ESP_2_R4_PDA4 · Español · 2.º grado</w:t>
      </w:r>
    </w:p>
    <w:p>
      <w:pPr>
        <w:pStyle w:val="Heading2"/>
      </w:pPr>
      <w:r>
        <w:t>Nuestro desafío</w:t>
      </w:r>
    </w:p>
    <w:p>
      <w:r>
        <w:t>Construir «Antología de relatos sobre identidad y variantes del español» para demostrar el PDA: Comprende y redacta textos narrativos sobre la construcción de la identidad y el sentido de pertenencia, a partir del análisis de variantes del español.</w:t>
      </w:r>
    </w:p>
    <w:p>
      <w:pPr>
        <w:pStyle w:val="Heading2"/>
      </w:pPr>
      <w:r>
        <w:t>Lectura y comprensión</w:t>
      </w:r>
    </w:p>
    <w:p>
      <w:r>
        <w:t>Contenido oficial: Las lenguas como manifestación de la identidad y del sentido de pertenencia.. Antes de afirmar algo, distingue observaciones, explicaciones e interpretaciones. Si una fuente no ofrece datos suficientes, indica qué información falta. El producto deberá permitir al público reconocer cómo se aplicó el aprendizaje.</w:t>
      </w:r>
    </w:p>
    <w:p>
      <w:pPr>
        <w:pStyle w:val="Heading2"/>
      </w:pPr>
      <w:r>
        <w:t>Actividad 1. Identificación</w:t>
      </w:r>
    </w:p>
    <w:p>
      <w:r>
        <w:t>Identificar un caso situado de «Las lenguas como manifestación de la identidad y del sentido de pertenencia.», separar observaciones de suposiciones y formular una pregunta que oriente «Antología de relatos sobre identidad y variantes del español».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2. Recuperación</w:t>
      </w:r>
    </w:p>
    <w:p>
      <w:r>
        <w:t>Examinar dos ejemplos o testimonios anonimizados de «Las lenguas como manifestación de la identidad y del sentido de pertenencia.», registrar coincidencias, diferencias y procedencia de las fuentes.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3. Planificación</w:t>
      </w:r>
    </w:p>
    <w:p>
      <w:r>
        <w:t>Precisar destinatario, criterios verificables y plan de trabajo de «Antología de relatos sobre identidad y variantes del español»; asignar funciones, recursos y evidencia esperada.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4. Acercamiento</w:t>
      </w:r>
    </w:p>
    <w:p>
      <w:r>
        <w:t>Examinar dos ejemplos o testimonios anonimizados de «Las lenguas como manifestación de la identidad y del sentido de pertenencia.», registrar coincidencias, diferencias y procedencia de las fuentes.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5. Comprensión y producción</w:t>
      </w:r>
    </w:p>
    <w:p>
      <w:r>
        <w:t>Elaborar y probar el componente central de «Antología de relatos sobre identidad y variantes del español» aplicando «Las lenguas como manifestación de la identidad y del sentido de pertenencia.»; registrar resultados, obstáculos y decisiones justificadas.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6. Reconocimiento</w:t>
      </w:r>
    </w:p>
    <w:p>
      <w:r>
        <w:t>Comparar «Antología de relatos sobre identidad y variantes del español» con tres criterios del PDA; localizar un error o limitación, explicar su causa y proponer un ajuste comprobable.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7. Concreción</w:t>
      </w:r>
    </w:p>
    <w:p>
      <w:r>
        <w:t>Integrar los componentes de «Antología de relatos sobre identidad y variantes del español» y realizar una prueba con lista de cotejo, mejorando precisión, claridad y accesibilidad.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8. Integración</w:t>
      </w:r>
    </w:p>
    <w:p>
      <w:r>
        <w:t>Integrar los componentes de «Antología de relatos sobre identidad y variantes del español» y realizar una prueba con lista de cotejo, mejorando precisión, claridad y accesibilidad.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9. Difusión</w:t>
      </w:r>
    </w:p>
    <w:p>
      <w:r>
        <w:t>Presentar «Antología de relatos sobre identidad y variantes del español» a un destinatario de la comunidad escolar, recoger una observación y defender una decisión mediante evidencia.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10. Consideraciones</w:t>
      </w:r>
    </w:p>
    <w:p>
      <w:r>
        <w:t>Comparar «Antología de relatos sobre identidad y variantes del español» con tres criterios del PDA; localizar un error o limitación, explicar su causa y proponer un ajuste comprobable.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11. Avances</w:t>
      </w:r>
    </w:p>
    <w:p>
      <w:r>
        <w:t>Sistematizar aprendizajes, cambios y pendientes de «Antología de relatos sobre identidad y variantes del español» en relación con «Las lenguas como manifestación de la identidad y del sentido de pertenencia.».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Lista final de revisión</w:t>
      </w:r>
    </w:p>
    <w:p>
      <w:r>
        <w:t>El producto representa el PDA; contiene evidencias identificables; comunica claramente a su destinatario; muestra una mejora a partir de retroalimentación; puede realizarse sin conexión a internet.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