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ORDEN_104_EFI_1_R4_PDA4 · Manual de jugadas adaptables y evaluación de decisiones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