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ORDEN_102_TEC_1_R4_PDA4 · Auditoría de sesgos en el diseño técnico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