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ORDEN_101_FCE_1_R4_PDA4 · Observatorio comparativo de calidad de vida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