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ORDEN_100_HIS_1_R4_PDA4 · Historia · 1.º grado</w:t>
      </w:r>
    </w:p>
    <w:p>
      <w:pPr>
        <w:pStyle w:val="Heading2"/>
      </w:pPr>
      <w:r>
        <w:t>Aprendizaje indispensable</w:t>
      </w:r>
    </w:p>
    <w:p>
      <w:r>
        <w:t>Reflexiona y toma postura en torno a las teorías que explican el poblamiento original de América.</w:t>
      </w:r>
    </w:p>
    <w:p>
      <w:pPr>
        <w:pStyle w:val="Heading2"/>
      </w:pPr>
      <w:r>
        <w:t>Ejemplo guiado</w:t>
      </w:r>
    </w:p>
    <w:p>
      <w:r>
        <w:t>Caso: un grupo necesita elaborar «Debate histórico de hipótesis sobre el poblamiento de América» sobre «Los albores de la humanidad: los pueblos antiguos del mundo y su devenir.».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«Los albores de la humanidad: los pueblos antiguos del mundo y su devenir.».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«Debate histórico de hipótesis sobre el poblamiento de América».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«Debate histórico de hipótesis sobre el poblamiento de América»,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