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TUTORES TRASCENDENTALES — CUADERNILLO DEL ALUMNO</w:t>
      </w:r>
    </w:p>
    <w:p>
      <w:r>
        <w:t>Asignatura: Inglés  |  Proyecto: Pasaporte lingüístico en inglés  |  7 sesiones de 40 minutos</w:t>
      </w:r>
    </w:p>
    <w:p>
      <w:pPr>
        <w:pStyle w:val="Heading1"/>
      </w:pPr>
      <w:r>
        <w:t>¿Qué aprenderás?</w:t>
      </w:r>
    </w:p>
    <w:p>
      <w:r>
        <w:t>Hace uso del alfabeto, los números y las expresiones básicas en inglés, para nombrar y recuperar datos factuales y características básicas de lenguas reconocidas en México y el mundo.</w:t>
      </w:r>
    </w:p>
    <w:p>
      <w:r>
        <w:t>Puedes realizar todas las actividades con cuaderno, lápiz y materiales impresos; no necesitas internet. El simulador, cuando esté disponible, es opcional.</w:t>
      </w:r>
    </w:p>
    <w:p>
      <w:pPr>
        <w:pStyle w:val="Heading1"/>
      </w:pPr>
      <w:r>
        <w:t>Sesión 1 de 7. Greetings and names</w:t>
      </w:r>
    </w:p>
    <w:p>
      <w:r>
        <w:t>Lee este ejemplo trabajado: Hello, my name is Ana. I live in Mexico. I speak Spanish.</w:t>
      </w:r>
    </w:p>
    <w:p>
      <w:r>
        <w:t>Actividad paso a paso: Practica deletrear nombres, decir hello/goodbye y escribir dos presentaciones personales ficticias.</w:t>
      </w:r>
    </w:p>
    <w:p>
      <w:r>
        <w:t>Lo que entregarás: Tarjeta de saludo con nombre deletreado.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Sesión 2 de 7. Alphabet and spelling</w:t>
      </w:r>
    </w:p>
    <w:p>
      <w:r>
        <w:t>Lee este ejemplo trabajado: A, B, C … Z. How do you spell Maya? M-A-Y-A.</w:t>
      </w:r>
    </w:p>
    <w:p>
      <w:r>
        <w:t>Actividad paso a paso: Ordena letras y juega al dictado por parejas con Maya, English y French.</w:t>
      </w:r>
    </w:p>
    <w:p>
      <w:r>
        <w:t>Lo que entregarás: Registro de tres palabras deletreadas.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Sesión 3 de 7. Numbers for information</w:t>
      </w:r>
    </w:p>
    <w:p>
      <w:r>
        <w:t>Lee este ejemplo trabajado: one, two, three; ten, twenty, thirty. 12 = twelve; 25 = twenty-five.</w:t>
      </w:r>
    </w:p>
    <w:p>
      <w:r>
        <w:t>Actividad paso a paso: Lee y escribe números de 1 a 30 en datos de países y comunidades; corrige cinco tarjetas.</w:t>
      </w:r>
    </w:p>
    <w:p>
      <w:r>
        <w:t>Lo que entregarás: Ficha de números con escritura y lectura.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Sesión 4 de 7. Languages and places</w:t>
      </w:r>
    </w:p>
    <w:p>
      <w:r>
        <w:t>Lee este ejemplo trabajado: In Canada, some people speak English or French. In Mexico, people speak many languages.</w:t>
      </w:r>
    </w:p>
    <w:p>
      <w:r>
        <w:t>Actividad paso a paso: Relaciona nombres de lenguas con comunidades y escribe tres oraciones sin generalizar.</w:t>
      </w:r>
    </w:p>
    <w:p>
      <w:r>
        <w:t>Lo que entregarás: Mapa simple con tres expresiones en inglés.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Sesión 5 de 7. Questions and short answers</w:t>
      </w:r>
    </w:p>
    <w:p>
      <w:r>
        <w:t>Lee este ejemplo trabajado: What language do you speak? I speak Spanish. Do you speak English? A little.</w:t>
      </w:r>
    </w:p>
    <w:p>
      <w:r>
        <w:t>Actividad paso a paso: Completa mini-entrevistas modelo usando What, Where, I speak, people speak.</w:t>
      </w:r>
    </w:p>
    <w:p>
      <w:r>
        <w:t>Lo que entregarás: Guion de cuatro preguntas y respuestas.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Sesión 6 de 7. Passport production</w:t>
      </w:r>
    </w:p>
    <w:p>
      <w:r>
        <w:t>Lee este ejemplo trabajado: Name: Sam; Community: Monterrey; Languages: Spanish, English (learning); My word: hello.</w:t>
      </w:r>
    </w:p>
    <w:p>
      <w:r>
        <w:t>Actividad paso a paso: Construye un pasaporte lingüístico ficticio con páginas de saludo, abecedario, números y tres comunidades.</w:t>
      </w:r>
    </w:p>
    <w:p>
      <w:r>
        <w:t>Lo que entregarás: Primer pasaporte con cuatro páginas completas.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Sesión 7 de 7. Passport fair and reflection</w:t>
      </w:r>
    </w:p>
    <w:p>
      <w:r>
        <w:t>Lee este ejemplo trabajado: Be respectful: languages are not better or worse. Learning a language takes practice.</w:t>
      </w:r>
    </w:p>
    <w:p>
      <w:r>
        <w:t>Actividad paso a paso: Revisa ortografía, presenta su pasaporte por escrito o en parejas; responde dos preguntas.</w:t>
      </w:r>
    </w:p>
    <w:p>
      <w:r>
        <w:t>Lo que entregarás: Pasaporte lingüístico terminado y autoevaluación.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Producto final</w:t>
      </w:r>
    </w:p>
    <w:p>
      <w:r>
        <w:t>Pasaporte lingüístico en inglés. Debe reflejar los aprendizajes trabajados y explicar las decisiones principales. No se exige dispositivo ni publicación digital.</w:t>
      </w:r>
    </w:p>
    <w:p>
      <w:pPr>
        <w:pStyle w:val="Heading1"/>
      </w:pPr>
      <w:r>
        <w:t>Autoevaluación</w:t>
      </w:r>
    </w:p>
    <w:p>
      <w:r>
        <w:t>Puedo explicar lo aprendido: Sí / En proceso | Usé un ejemplo: Sí / En proceso | Revisé mi trabajo: Sí / En proceso.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