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Formación Cívica y Ética  |  Proyecto: Acuerdo ilustrado de convivencia incluyente  |  5 sesiones de 40 minutos</w:t>
      </w:r>
    </w:p>
    <w:p>
      <w:pPr>
        <w:pStyle w:val="Heading1"/>
      </w:pPr>
      <w:r>
        <w:t>¿Qué aprenderás?</w:t>
      </w:r>
    </w:p>
    <w:p>
      <w:r>
        <w:t>Valora la diversidad de grupos e identidades juveniles en la escuela y en la comunidad y fortalece el respeto a formas de ser, pensar y expresarse en el marco de los derechos humanos.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5. Identidades múltiples</w:t>
      </w:r>
    </w:p>
    <w:p>
      <w:r>
        <w:t>Lee este ejemplo trabajado: Una persona puede pertenecer a varios grupos a la vez; nadie se define por una sola etiqueta.</w:t>
      </w:r>
    </w:p>
    <w:p>
      <w:r>
        <w:t>Actividad paso a paso: Analiza tres perfiles ficticios, señala rasgos elegidos y circunstancias que no autorizan burlas.</w:t>
      </w:r>
    </w:p>
    <w:p>
      <w:r>
        <w:t>Lo que entregarás: Diagrama de identidades sin datos personales.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5. Prejuicio, estereotipo y discriminación</w:t>
      </w:r>
    </w:p>
    <w:p>
      <w:r>
        <w:t>Lee este ejemplo trabajado: Estereotipo: idea generalizada; prejuicio: juicio previo; discriminación: trato desigual injustificado.</w:t>
      </w:r>
    </w:p>
    <w:p>
      <w:r>
        <w:t>Actividad paso a paso: Clasifica seis casos escolares y propone una respuesta respetuosa a cada uno.</w:t>
      </w:r>
    </w:p>
    <w:p>
      <w:r>
        <w:t>Lo que entregarás: Tabla de situaciones y respuestas.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5. Derechos y reglas de convivencia</w:t>
      </w:r>
    </w:p>
    <w:p>
      <w:r>
        <w:t>Lee este ejemplo trabajado: El derecho a la dignidad y a no ser discriminado exige acuerdos verificables, no frases decorativas.</w:t>
      </w:r>
    </w:p>
    <w:p>
      <w:r>
        <w:t>Actividad paso a paso: Relaciona conflictos cotidianos con derechos y redacta cuatro compromisos medibles.</w:t>
      </w:r>
    </w:p>
    <w:p>
      <w:r>
        <w:t>Lo que entregarás: Borrador de acuerdos y evidencia del PDA.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5. Negociar acuerdos justos</w:t>
      </w:r>
    </w:p>
    <w:p>
      <w:r>
        <w:t>Lee este ejemplo trabajado: Un buen acuerdo describe conducta observable, apoyo mutuo y forma de reparar daños.</w:t>
      </w:r>
    </w:p>
    <w:p>
      <w:r>
        <w:t>Actividad paso a paso: En parejas revisa claridad y viabilidad; reformula promesas vagas como acciones.</w:t>
      </w:r>
    </w:p>
    <w:p>
      <w:r>
        <w:t>Lo que entregarás: Acuerdo ilustrado revisado y dos casos de prueba.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5. Difundir y evaluar</w:t>
      </w:r>
    </w:p>
    <w:p>
      <w:r>
        <w:t>Lee este ejemplo trabajado: Un acuerdo incluyente debe poder ser aceptado por estudiantes con identidades diversas.</w:t>
      </w:r>
    </w:p>
    <w:p>
      <w:r>
        <w:t>Actividad paso a paso: Comparte acuerdo en cartulina, simula un caso y explica cómo se aplicaría sin etiquetar alumnos.</w:t>
      </w:r>
    </w:p>
    <w:p>
      <w:r>
        <w:t>Lo que entregarás: Acuerdo final y reflexión de respeto.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Acuerdo ilustrado de convivencia incluyente.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