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TUTORES TRASCENDENTALES — ACTIVIDADES PARA ALUMNOS CON REZAGO</w:t>
      </w:r>
    </w:p>
    <w:p>
      <w:r>
        <w:t>Asignatura: Formación Cívica y Ética | Producto final: Acuerdo ilustrado de convivencia incluyente | 5 sesiones ordinarias de 40 min</w:t>
      </w:r>
    </w:p>
    <w:p>
      <w:r>
        <w:t>Este material es independiente. La casilla «ATENCIÓN AL REZAGO Y AJUSTES» de la planeación permanece en blanco para que el docente escriba allí nombres de alumnos. No se solicitan nombres personales en este archivo.</w:t>
      </w:r>
    </w:p>
    <w:p>
      <w:pPr>
        <w:pStyle w:val="Heading1"/>
      </w:pPr>
      <w:r>
        <w:t>Aprendizaje esencial</w:t>
      </w:r>
    </w:p>
    <w:p>
      <w:r>
        <w:t>Valora la diversidad de grupos e identidades juveniles en la escuela y en la comunidad y fortalece el respeto a formas de ser, pensar y expresarse en el marco de los derechos humanos.</w:t>
      </w:r>
    </w:p>
    <w:p>
      <w:r>
        <w:t>Uso recomendado: aplicar una actividad breve dentro de la sesión correspondiente; no ampliar la clase más allá de 40 minutos. Toda la información necesaria está impresa.</w:t>
      </w:r>
    </w:p>
    <w:p>
      <w:pPr>
        <w:pStyle w:val="Heading2"/>
      </w:pPr>
      <w:r>
        <w:t>Apoyo para la sesión 1. Identidades múltiples</w:t>
      </w:r>
    </w:p>
    <w:p>
      <w:r>
        <w:t>Recordatorio explicado: Una persona puede pertenecer a varios grupos a la vez; nadie se define por una sola etiqueta.</w:t>
      </w:r>
    </w:p>
    <w:p>
      <w:r>
        <w:t>Paso 1. Lee el recordatorio y señala dos palabras importantes. Escríbelas con tus palabras.</w:t>
      </w:r>
    </w:p>
    <w:p>
      <w:r>
        <w:t>Paso 2. Completa un ejemplo guiado a partir del modelo: ¿Qué sucede? ¿Qué dato o característica lo demuestra?</w:t>
      </w:r>
    </w:p>
    <w:p>
      <w:r>
        <w:t>Paso 3. Realiza la tarea principal con menos elementos al comenzar: Analiza tres perfiles ficticios, señala rasgos elegidos y circunstancias que no autorizan burlas.</w:t>
      </w:r>
    </w:p>
    <w:p>
      <w:r>
        <w:t>Paso 4. Revisa tu respuesta con el ejemplo y corrige un error. No tienes que resolver de nuevo toda la actividad de tus compañeros.</w:t>
      </w:r>
    </w:p>
    <w:p>
      <w:r>
        <w:t>Evidencia mínima para reincorporarte: Diagrama de identidades sin datos personales.</w:t>
      </w:r>
    </w:p>
    <w:p>
      <w:r>
        <w:t>Respuesta modelo para orientación docente: Una persona puede pertenecer a varios grupos a la vez; nadie se define por una sola etiqueta.</w:t>
      </w:r>
    </w:p>
    <w:p>
      <w:r>
        <w:t>Pista graduada A: localiza las palabras clave del ejemplo. Pista B: representa la relación con flechas o dibujo. Pista C: responde oralmente y luego escribe una frase completa.</w:t>
      </w:r>
    </w:p>
    <w:p>
      <w:r>
        <w:t>Espacio para ejercicio: _________________________________________________________________</w:t>
      </w:r>
    </w:p>
    <w:p>
      <w:pPr>
        <w:pStyle w:val="Heading2"/>
      </w:pPr>
      <w:r>
        <w:t>Apoyo para la sesión 2. Prejuicio, estereotipo y discriminación</w:t>
      </w:r>
    </w:p>
    <w:p>
      <w:r>
        <w:t>Recordatorio explicado: Estereotipo: idea generalizada; prejuicio: juicio previo; discriminación: trato desigual injustificado.</w:t>
      </w:r>
    </w:p>
    <w:p>
      <w:r>
        <w:t>Paso 1. Lee el recordatorio y señala dos palabras importantes. Escríbelas con tus palabras.</w:t>
      </w:r>
    </w:p>
    <w:p>
      <w:r>
        <w:t>Paso 2. Completa un ejemplo guiado a partir del modelo: ¿Qué sucede? ¿Qué dato o característica lo demuestra?</w:t>
      </w:r>
    </w:p>
    <w:p>
      <w:r>
        <w:t>Paso 3. Realiza la tarea principal con menos elementos al comenzar: Clasifica seis casos escolares y propone una respuesta respetuosa a cada uno.</w:t>
      </w:r>
    </w:p>
    <w:p>
      <w:r>
        <w:t>Paso 4. Revisa tu respuesta con el ejemplo y corrige un error. No tienes que resolver de nuevo toda la actividad de tus compañeros.</w:t>
      </w:r>
    </w:p>
    <w:p>
      <w:r>
        <w:t>Evidencia mínima para reincorporarte: Tabla de situaciones y respuestas.</w:t>
      </w:r>
    </w:p>
    <w:p>
      <w:r>
        <w:t>Respuesta modelo para orientación docente: Estereotipo: idea generalizada; prejuicio: juicio previo; discriminación: trato desigual injustificado.</w:t>
      </w:r>
    </w:p>
    <w:p>
      <w:r>
        <w:t>Pista graduada A: localiza las palabras clave del ejemplo. Pista B: representa la relación con flechas o dibujo. Pista C: responde oralmente y luego escribe una frase completa.</w:t>
      </w:r>
    </w:p>
    <w:p>
      <w:r>
        <w:t>Espacio para ejercicio: _________________________________________________________________</w:t>
      </w:r>
    </w:p>
    <w:p>
      <w:pPr>
        <w:pStyle w:val="Heading2"/>
      </w:pPr>
      <w:r>
        <w:t>Apoyo para la sesión 3. Derechos y reglas de convivencia</w:t>
      </w:r>
    </w:p>
    <w:p>
      <w:r>
        <w:t>Recordatorio explicado: El derecho a la dignidad y a no ser discriminado exige acuerdos verificables, no frases decorativas.</w:t>
      </w:r>
    </w:p>
    <w:p>
      <w:r>
        <w:t>Paso 1. Lee el recordatorio y señala dos palabras importantes. Escríbelas con tus palabras.</w:t>
      </w:r>
    </w:p>
    <w:p>
      <w:r>
        <w:t>Paso 2. Completa un ejemplo guiado a partir del modelo: ¿Qué sucede? ¿Qué dato o característica lo demuestra?</w:t>
      </w:r>
    </w:p>
    <w:p>
      <w:r>
        <w:t>Paso 3. Realiza la tarea principal con menos elementos al comenzar: Relaciona conflictos cotidianos con derechos y redacta cuatro compromisos medibles.</w:t>
      </w:r>
    </w:p>
    <w:p>
      <w:r>
        <w:t>Paso 4. Revisa tu respuesta con el ejemplo y corrige un error. No tienes que resolver de nuevo toda la actividad de tus compañeros.</w:t>
      </w:r>
    </w:p>
    <w:p>
      <w:r>
        <w:t>Evidencia mínima para reincorporarte: Borrador de acuerdos y evidencia del PDA.</w:t>
      </w:r>
    </w:p>
    <w:p>
      <w:r>
        <w:t>Respuesta modelo para orientación docente: El derecho a la dignidad y a no ser discriminado exige acuerdos verificables, no frases decorativas.</w:t>
      </w:r>
    </w:p>
    <w:p>
      <w:r>
        <w:t>Pista graduada A: localiza las palabras clave del ejemplo. Pista B: representa la relación con flechas o dibujo. Pista C: responde oralmente y luego escribe una frase completa.</w:t>
      </w:r>
    </w:p>
    <w:p>
      <w:r>
        <w:t>Espacio para ejercicio: _________________________________________________________________</w:t>
      </w:r>
    </w:p>
    <w:p>
      <w:pPr>
        <w:pStyle w:val="Heading2"/>
      </w:pPr>
      <w:r>
        <w:t>Apoyo para la sesión 4. Negociar acuerdos justos</w:t>
      </w:r>
    </w:p>
    <w:p>
      <w:r>
        <w:t>Recordatorio explicado: Un buen acuerdo describe conducta observable, apoyo mutuo y forma de reparar daños.</w:t>
      </w:r>
    </w:p>
    <w:p>
      <w:r>
        <w:t>Paso 1. Lee el recordatorio y señala dos palabras importantes. Escríbelas con tus palabras.</w:t>
      </w:r>
    </w:p>
    <w:p>
      <w:r>
        <w:t>Paso 2. Completa un ejemplo guiado a partir del modelo: ¿Qué sucede? ¿Qué dato o característica lo demuestra?</w:t>
      </w:r>
    </w:p>
    <w:p>
      <w:r>
        <w:t>Paso 3. Realiza la tarea principal con menos elementos al comenzar: En parejas revisa claridad y viabilidad; reformula promesas vagas como acciones.</w:t>
      </w:r>
    </w:p>
    <w:p>
      <w:r>
        <w:t>Paso 4. Revisa tu respuesta con el ejemplo y corrige un error. No tienes que resolver de nuevo toda la actividad de tus compañeros.</w:t>
      </w:r>
    </w:p>
    <w:p>
      <w:r>
        <w:t>Evidencia mínima para reincorporarte: Acuerdo ilustrado revisado y dos casos de prueba.</w:t>
      </w:r>
    </w:p>
    <w:p>
      <w:r>
        <w:t>Respuesta modelo para orientación docente: Un buen acuerdo describe conducta observable, apoyo mutuo y forma de reparar daños.</w:t>
      </w:r>
    </w:p>
    <w:p>
      <w:r>
        <w:t>Pista graduada A: localiza las palabras clave del ejemplo. Pista B: representa la relación con flechas o dibujo. Pista C: responde oralmente y luego escribe una frase completa.</w:t>
      </w:r>
    </w:p>
    <w:p>
      <w:r>
        <w:t>Espacio para ejercicio: _________________________________________________________________</w:t>
      </w:r>
    </w:p>
    <w:p>
      <w:pPr>
        <w:pStyle w:val="Heading2"/>
      </w:pPr>
      <w:r>
        <w:t>Apoyo para la sesión 5. Difundir y evaluar</w:t>
      </w:r>
    </w:p>
    <w:p>
      <w:r>
        <w:t>Recordatorio explicado: Un acuerdo incluyente debe poder ser aceptado por estudiantes con identidades diversas.</w:t>
      </w:r>
    </w:p>
    <w:p>
      <w:r>
        <w:t>Paso 1. Lee el recordatorio y señala dos palabras importantes. Escríbelas con tus palabras.</w:t>
      </w:r>
    </w:p>
    <w:p>
      <w:r>
        <w:t>Paso 2. Completa un ejemplo guiado a partir del modelo: ¿Qué sucede? ¿Qué dato o característica lo demuestra?</w:t>
      </w:r>
    </w:p>
    <w:p>
      <w:r>
        <w:t>Paso 3. Realiza la tarea principal con menos elementos al comenzar: Comparte acuerdo en cartulina, simula un caso y explica cómo se aplicaría sin etiquetar alumnos.</w:t>
      </w:r>
    </w:p>
    <w:p>
      <w:r>
        <w:t>Paso 4. Revisa tu respuesta con el ejemplo y corrige un error. No tienes que resolver de nuevo toda la actividad de tus compañeros.</w:t>
      </w:r>
    </w:p>
    <w:p>
      <w:r>
        <w:t>Evidencia mínima para reincorporarte: Acuerdo final y reflexión de respeto.</w:t>
      </w:r>
    </w:p>
    <w:p>
      <w:r>
        <w:t>Respuesta modelo para orientación docente: Un acuerdo incluyente debe poder ser aceptado por estudiantes con identidades diversas.</w:t>
      </w:r>
    </w:p>
    <w:p>
      <w:r>
        <w:t>Pista graduada A: localiza las palabras clave del ejemplo. Pista B: representa la relación con flechas o dibujo. Pista C: responde oralmente y luego escribe una frase completa.</w:t>
      </w:r>
    </w:p>
    <w:p>
      <w:r>
        <w:t>Espacio para ejercicio: _________________________________________________________________</w:t>
      </w:r>
    </w:p>
    <w:p>
      <w:pPr>
        <w:pStyle w:val="Heading1"/>
      </w:pPr>
      <w:r>
        <w:t>Criterios simples para revisar</w:t>
      </w:r>
    </w:p>
    <w:p>
      <w:r>
        <w:t>1. Reconoce el concepto central del PDA. 2. Completa un ejemplo con apoyo. 3. Explica de manera breve una decisión. 4. Puede regresar a la actividad común con menor ayuda. No penalizar falta de internet ni velocidad de trabajo.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