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Actividades independientes para rezago · Física · 2.º</w:t>
      </w:r>
    </w:p>
    <w:p>
      <w:pPr>
        <w:pStyle w:val="Heading2"/>
      </w:pPr>
      <w:r>
        <w:t>Propósito</w:t>
      </w:r>
    </w:p>
    <w:p>
      <w:r>
        <w:t>Describe problemas comunes de la vida cotidiana explicando cómo se procede para buscarles solución; conoce y caracteriza el pensamiento científico para plantearse y resolver problemas en la escuela y su cotidianeidad.</w:t>
      </w:r>
    </w:p>
    <w:p>
      <w:pPr>
        <w:pStyle w:val="Heading2"/>
      </w:pPr>
      <w:r>
        <w:t>Ejemplo resuelto inicial</w:t>
      </w:r>
    </w:p>
    <w:p>
      <w:r>
        <w:t>Ejemplo: el docente muestra una ficha con un caso simple relacionado con «Diferenciar observación de opinión en un caso escolar». Identifica un dato observable, explica su relación con el tema y revisa si su conclusión se desprende de ese dato. Respuesta esperada: dato concreto + explicación coherente; no basta una opinión sin fundamento.</w:t>
      </w:r>
    </w:p>
    <w:p>
      <w:pPr>
        <w:pStyle w:val="Heading2"/>
      </w:pPr>
      <w:r>
        <w:t>Sesión 1: actividad de recuperación</w:t>
      </w:r>
    </w:p>
    <w:p>
      <w:r>
        <w:t>Consigna simplificada: Diferenciar observación de opinión en un caso escolar.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2: actividad de recuperación</w:t>
      </w:r>
    </w:p>
    <w:p>
      <w:r>
        <w:t>Consigna simplificada: Delimitar un problema medible del entorno del aula.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3: actividad de recuperación</w:t>
      </w:r>
    </w:p>
    <w:p>
      <w:r>
        <w:t>Consigna simplificada: Formular pregunta e hipótesis comprobable.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4: actividad de recuperación</w:t>
      </w:r>
    </w:p>
    <w:p>
      <w:r>
        <w:t>Consigna simplificada: Diseñar registro seguro de datos sin datos personales.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5: actividad de recuperación</w:t>
      </w:r>
    </w:p>
    <w:p>
      <w:r>
        <w:t>Consigna simplificada: Observar y tabular resultados de una prueba sencilla.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6: actividad de recuperación</w:t>
      </w:r>
    </w:p>
    <w:p>
      <w:r>
        <w:t>Consigna simplificada: Contrastar datos e hipótesis y reconocer límites.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7: actividad de recuperación</w:t>
      </w:r>
    </w:p>
    <w:p>
      <w:r>
        <w:t>Consigna simplificada: Elaborar expediente y proponer mejora sustentada.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Ejemplo completamente resuelto y clave de referencia</w:t>
      </w:r>
    </w:p>
    <w:p>
      <w:r>
        <w:t>Observación: una sombra se mueve durante el día. Hipótesis: su posición cambia con la hora. Prueba: marcar sombra a las 9, 11 y 13 horas; comparar posiciones. Conclusión: describir lo observado, sin afirmar causalidad no comprobada.</w:t>
      </w:r>
    </w:p>
    <w:p>
      <w:r>
        <w:t>Para revisar: identificar la información de entrada, reproducir el procedimiento, contrastar el resultado y explicar por qué es válido. Se aceptan soluciones equivalentes justificadas.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· SECUNDARIA · CICLO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