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CUADERNILLO DEL ALUMNO</w:t>
      </w:r>
    </w:p>
    <w:p>
      <w:r>
        <w:t>Asignatura: Biología  |  Proyecto: Modelo articulado de coordinación nerviosa y hormonal  |  7 sesiones de 40 minutos</w:t>
      </w:r>
    </w:p>
    <w:p>
      <w:pPr>
        <w:pStyle w:val="Heading1"/>
      </w:pPr>
      <w:r>
        <w:t>¿Qué aprenderás?</w:t>
      </w:r>
    </w:p>
    <w:p>
      <w:r>
        <w:t>Explica la participación de los sistemas nervioso y endocrino en la coordinación de las funciones del cuerpo humano; reconoce el papel general de las hormonas y sus efectos en la maduración sexual y en la reproducción.</w:t>
      </w:r>
    </w:p>
    <w:p>
      <w:r>
        <w:t>Puedes realizar todas las actividades con cuaderno, lápiz y materiales impresos; no necesitas internet. El simulador, cuando esté disponible, es opcional.</w:t>
      </w:r>
    </w:p>
    <w:p>
      <w:pPr>
        <w:pStyle w:val="Heading1"/>
      </w:pPr>
      <w:r>
        <w:t>Sesión 1 de 7. ¿Quién coordina las respuestas?</w:t>
      </w:r>
    </w:p>
    <w:p>
      <w:r>
        <w:t>Lee este ejemplo trabajado: Un estímulo, como escuchar una alarma, puede desencadenar percepción y acción mediante sistema nervioso.</w:t>
      </w:r>
    </w:p>
    <w:p>
      <w:r>
        <w:t>Actividad paso a paso: Ordena tarjetas «sonido → oído → sistema nervioso → respuesta».</w:t>
      </w:r>
    </w:p>
    <w:p>
      <w:r>
        <w:t>Lo que entregarás: Diagrama de estímulo-respuesta.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2 de 7. Neuronas y mensajes</w:t>
      </w:r>
    </w:p>
    <w:p>
      <w:r>
        <w:t>Lee este ejemplo trabajado: Las neuronas transmiten señales; no son cables eléctricos idénticos a los de una máquina.</w:t>
      </w:r>
    </w:p>
    <w:p>
      <w:r>
        <w:t>Actividad paso a paso: Dibuja receptor, neurona, centro de procesamiento y órgano efector con flechas.</w:t>
      </w:r>
    </w:p>
    <w:p>
      <w:r>
        <w:t>Lo que entregarás: Ruta de señal con cuatro elementos.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3 de 7. Reflejos y respuestas voluntarias</w:t>
      </w:r>
    </w:p>
    <w:p>
      <w:r>
        <w:t>Lee este ejemplo trabajado: Retirar la mano ante calor puede iniciar una respuesta refleja; decidir correr es otra situación.</w:t>
      </w:r>
    </w:p>
    <w:p>
      <w:r>
        <w:t>Actividad paso a paso: Compara tres casos de respuesta y explica qué se protege o decide.</w:t>
      </w:r>
    </w:p>
    <w:p>
      <w:r>
        <w:t>Lo que entregarás: Tabla de reflejo/respuesta voluntaria.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4 de 7. Glándulas y hormonas</w:t>
      </w:r>
    </w:p>
    <w:p>
      <w:r>
        <w:t>Lee este ejemplo trabajado: Una hormona es un mensajero químico; algunas participan en regulación de glucosa, crecimiento o reproducción.</w:t>
      </w:r>
    </w:p>
    <w:p>
      <w:r>
        <w:t>Actividad paso a paso: Relaciona glándula, hormona, órgano diana y función a partir de fichas explicativas.</w:t>
      </w:r>
    </w:p>
    <w:p>
      <w:r>
        <w:t>Lo que entregarás: Mapa básico de mensajes hormonales.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5 de 7. Pubertad y variación normal</w:t>
      </w:r>
    </w:p>
    <w:p>
      <w:r>
        <w:t>Lee este ejemplo trabajado: La maduración sexual ocurre a ritmos diferentes y puede implicar cambios físicos, emocionales y sociales; la privacidad es esencial.</w:t>
      </w:r>
    </w:p>
    <w:p>
      <w:r>
        <w:t>Actividad paso a paso: Clasifica afirmaciones en verificables o mitos; evita compartir experiencias personales.</w:t>
      </w:r>
    </w:p>
    <w:p>
      <w:r>
        <w:t>Lo que entregarás: Ficha de cambios y respeto a diferencias.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6 de 7. Construimos un modelo articulado</w:t>
      </w:r>
    </w:p>
    <w:p>
      <w:r>
        <w:t>Lee este ejemplo trabajado: Azul para señal nerviosa; naranja para señal hormonal; flechas muestran rutas y no velocidades exactas.</w:t>
      </w:r>
    </w:p>
    <w:p>
      <w:r>
        <w:t>Actividad paso a paso: Arma dos rutas móviles con tarjetas y cordón para explicar una respuesta rápida y un cambio sostenido.</w:t>
      </w:r>
    </w:p>
    <w:p>
      <w:r>
        <w:t>Lo que entregarás: Modelo articulado con leyenda y explicación.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Sesión 7 de 7. Probar y comunicar sin mitos</w:t>
      </w:r>
    </w:p>
    <w:p>
      <w:r>
        <w:t>Lee este ejemplo trabajado: Un modelo simplifica la realidad; identificar límites y errores es parte de la ciencia.</w:t>
      </w:r>
    </w:p>
    <w:p>
      <w:r>
        <w:t>Actividad paso a paso: Prueba el modelo con dos escenarios y explica qué representa y qué no representa.</w:t>
      </w:r>
    </w:p>
    <w:p>
      <w:r>
        <w:t>Lo que entregarás: Modelo final y justificación científica.</w:t>
      </w:r>
    </w:p>
    <w:p>
      <w:r>
        <w:t>1) Escribe o dibuja tu primera respuesta: _____________________________________________</w:t>
      </w:r>
    </w:p>
    <w:p>
      <w:r>
        <w:t>2) Explica qué dato, ejemplo o regla utilizaste: ________________________________</w:t>
      </w:r>
    </w:p>
    <w:p>
      <w:r>
        <w:t>3) ¿Qué mejorarías tras comprobarla?: __________________________________</w:t>
      </w:r>
    </w:p>
    <w:p>
      <w:r>
        <w:t>Reto opcional: crea otro ejemplo válido o señala una limitación de tu solución.</w:t>
      </w:r>
    </w:p>
    <w:p>
      <w:pPr>
        <w:pStyle w:val="Heading1"/>
      </w:pPr>
      <w:r>
        <w:t>Producto final</w:t>
      </w:r>
    </w:p>
    <w:p>
      <w:r>
        <w:t>Modelo articulado de coordinación nerviosa y hormonal. Debe reflejar los aprendizajes trabajados y explicar las decisiones principales. No se exige dispositivo ni publicación digital.</w:t>
      </w:r>
    </w:p>
    <w:p>
      <w:pPr>
        <w:pStyle w:val="Heading1"/>
      </w:pPr>
      <w:r>
        <w:t>Autoevaluación</w:t>
      </w:r>
    </w:p>
    <w:p>
      <w:r>
        <w:t>Puedo explicar lo aprendido: Sí / En proceso | Usé un ejemplo: Sí / En proceso | Revisé mi trabajo: Sí / En proceso.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