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TUTORES TRASCENDENTALES — ACTIVIDADES PARA ALUMNOS CON REZAGO</w:t>
      </w:r>
    </w:p>
    <w:p>
      <w:r>
        <w:t>Asignatura: Artes | Producto final: Galería comparativa ilustrada de manifestaciones artísticas | 7 sesiones ordinarias de 40 min</w:t>
      </w:r>
    </w:p>
    <w:p>
      <w:r>
        <w:t>Este material es independiente. La casilla «ATENCIÓN AL REZAGO Y AJUSTES» de la planeación permanece en blanco para que el docente escriba allí nombres de alumnos. No se solicitan nombres personales en este archivo.</w:t>
      </w:r>
    </w:p>
    <w:p>
      <w:pPr>
        <w:pStyle w:val="Heading1"/>
      </w:pPr>
      <w:r>
        <w:t>Aprendizaje esencial</w:t>
      </w:r>
    </w:p>
    <w:p>
      <w:r>
        <w:t>Reconoce en manifestaciones artísticas de México y del mundo el uso del cuerpo, del espacio y del tiempo, para valorarlas como parte de la riqueza pluricultural.</w:t>
      </w:r>
    </w:p>
    <w:p>
      <w:r>
        <w:t>Uso recomendado: aplicar una actividad breve dentro de la sesión correspondiente; no ampliar la clase más allá de 40 minutos. Toda la información necesaria está impresa.</w:t>
      </w:r>
    </w:p>
    <w:p>
      <w:pPr>
        <w:pStyle w:val="Heading2"/>
      </w:pPr>
      <w:r>
        <w:t>Apoyo para la sesión 1. Tres elementos artísticos</w:t>
      </w:r>
    </w:p>
    <w:p>
      <w:r>
        <w:t>Recordatorio explicado: Cuerpo: gestos o postura; espacio: lugar de expresión; tiempo: duración, secuencia o ritmo.</w:t>
      </w:r>
    </w:p>
    <w:p>
      <w:r>
        <w:t>Paso 1. Lee el recordatorio y señala dos palabras importantes. Escríbelas con tus palabras.</w:t>
      </w:r>
    </w:p>
    <w:p>
      <w:r>
        <w:t>Paso 2. Completa un ejemplo guiado a partir del modelo: ¿Qué sucede? ¿Qué dato o característica lo demuestra?</w:t>
      </w:r>
    </w:p>
    <w:p>
      <w:r>
        <w:t>Paso 3. Realiza la tarea principal con menos elementos al comenzar: Observa descripciones de una danza y una escultura; identifica cuál de los tres elementos destaca.</w:t>
      </w:r>
    </w:p>
    <w:p>
      <w:r>
        <w:t>Paso 4. Revisa tu respuesta con el ejemplo y corrige un error. No tienes que resolver de nuevo toda la actividad de tus compañeros.</w:t>
      </w:r>
    </w:p>
    <w:p>
      <w:r>
        <w:t>Evidencia mínima para reincorporarte: Tabla cuerpo-espacio-tiempo con ejemplos.</w:t>
      </w:r>
    </w:p>
    <w:p>
      <w:r>
        <w:t>Respuesta modelo para orientación docente: Cuerpo: gestos o postura; espacio: lugar de expresión; tiempo: duración, secuencia o ritmo.</w:t>
      </w:r>
    </w:p>
    <w:p>
      <w:r>
        <w:t>Pista graduada A: localiza las palabras clave del ejemplo. Pista B: representa la relación con flechas o dibujo. Pista C: responde oralmente y luego escribe una frase completa.</w:t>
      </w:r>
    </w:p>
    <w:p>
      <w:r>
        <w:t>Espacio para ejercicio: _________________________________________________________________</w:t>
      </w:r>
    </w:p>
    <w:p>
      <w:pPr>
        <w:pStyle w:val="Heading2"/>
      </w:pPr>
      <w:r>
        <w:t>Apoyo para la sesión 2. Son jarocho: espacio y ritmo</w:t>
      </w:r>
    </w:p>
    <w:p>
      <w:r>
        <w:t>Recordatorio explicado: El son jarocho reúne música, versos y zapateado; se practica en comunidades y contextos diversos.</w:t>
      </w:r>
    </w:p>
    <w:p>
      <w:r>
        <w:t>Paso 1. Lee el recordatorio y señala dos palabras importantes. Escríbelas con tus palabras.</w:t>
      </w:r>
    </w:p>
    <w:p>
      <w:r>
        <w:t>Paso 2. Completa un ejemplo guiado a partir del modelo: ¿Qué sucede? ¿Qué dato o característica lo demuestra?</w:t>
      </w:r>
    </w:p>
    <w:p>
      <w:r>
        <w:t>Paso 3. Realiza la tarea principal con menos elementos al comenzar: Analiza un esquema de tarima, percusión de pies y alternancia de versos; identifica momentos y espacios.</w:t>
      </w:r>
    </w:p>
    <w:p>
      <w:r>
        <w:t>Paso 4. Revisa tu respuesta con el ejemplo y corrige un error. No tienes que resolver de nuevo toda la actividad de tus compañeros.</w:t>
      </w:r>
    </w:p>
    <w:p>
      <w:r>
        <w:t>Evidencia mínima para reincorporarte: Ficha del son jarocho con tres observaciones.</w:t>
      </w:r>
    </w:p>
    <w:p>
      <w:r>
        <w:t>Respuesta modelo para orientación docente: El son jarocho reúne música, versos y zapateado; se practica en comunidades y contextos diversos.</w:t>
      </w:r>
    </w:p>
    <w:p>
      <w:r>
        <w:t>Pista graduada A: localiza las palabras clave del ejemplo. Pista B: representa la relación con flechas o dibujo. Pista C: responde oralmente y luego escribe una frase completa.</w:t>
      </w:r>
    </w:p>
    <w:p>
      <w:r>
        <w:t>Espacio para ejercicio: _________________________________________________________________</w:t>
      </w:r>
    </w:p>
    <w:p>
      <w:pPr>
        <w:pStyle w:val="Heading2"/>
      </w:pPr>
      <w:r>
        <w:t>Apoyo para la sesión 3. Noh: movimiento contenido</w:t>
      </w:r>
    </w:p>
    <w:p>
      <w:r>
        <w:t>Recordatorio explicado: En el teatro noh japonés se usan gestos medidos, máscara en ciertos papeles y un espacio escénico característico.</w:t>
      </w:r>
    </w:p>
    <w:p>
      <w:r>
        <w:t>Paso 1. Lee el recordatorio y señala dos palabras importantes. Escríbelas con tus palabras.</w:t>
      </w:r>
    </w:p>
    <w:p>
      <w:r>
        <w:t>Paso 2. Completa un ejemplo guiado a partir del modelo: ¿Qué sucede? ¿Qué dato o característica lo demuestra?</w:t>
      </w:r>
    </w:p>
    <w:p>
      <w:r>
        <w:t>Paso 3. Realiza la tarea principal con menos elementos al comenzar: Representa mediante dibujo tres posiciones posibles de un actor y compara con zapateado.</w:t>
      </w:r>
    </w:p>
    <w:p>
      <w:r>
        <w:t>Paso 4. Revisa tu respuesta con el ejemplo y corrige un error. No tienes que resolver de nuevo toda la actividad de tus compañeros.</w:t>
      </w:r>
    </w:p>
    <w:p>
      <w:r>
        <w:t>Evidencia mínima para reincorporarte: Comparación ilustrada de cuerpo y espacio.</w:t>
      </w:r>
    </w:p>
    <w:p>
      <w:r>
        <w:t>Respuesta modelo para orientación docente: En el teatro noh japonés se usan gestos medidos, máscara en ciertos papeles y un espacio escénico característico.</w:t>
      </w:r>
    </w:p>
    <w:p>
      <w:r>
        <w:t>Pista graduada A: localiza las palabras clave del ejemplo. Pista B: representa la relación con flechas o dibujo. Pista C: responde oralmente y luego escribe una frase completa.</w:t>
      </w:r>
    </w:p>
    <w:p>
      <w:r>
        <w:t>Espacio para ejercicio: _________________________________________________________________</w:t>
      </w:r>
    </w:p>
    <w:p>
      <w:pPr>
        <w:pStyle w:val="Heading2"/>
      </w:pPr>
      <w:r>
        <w:t>Apoyo para la sesión 4. Capoeira: arte, música y movimiento</w:t>
      </w:r>
    </w:p>
    <w:p>
      <w:r>
        <w:t>Recordatorio explicado: La capoeira afrobrasileña integra movimiento, música y tradición comunitaria; no se reduce a combate.</w:t>
      </w:r>
    </w:p>
    <w:p>
      <w:r>
        <w:t>Paso 1. Lee el recordatorio y señala dos palabras importantes. Escríbelas con tus palabras.</w:t>
      </w:r>
    </w:p>
    <w:p>
      <w:r>
        <w:t>Paso 2. Completa un ejemplo guiado a partir del modelo: ¿Qué sucede? ¿Qué dato o característica lo demuestra?</w:t>
      </w:r>
    </w:p>
    <w:p>
      <w:r>
        <w:t>Paso 3. Realiza la tarea principal con menos elementos al comenzar: Ubica las relaciones entre círculo, intercambio de movimientos y ritmo usando tarjetas y símbolos.</w:t>
      </w:r>
    </w:p>
    <w:p>
      <w:r>
        <w:t>Paso 4. Revisa tu respuesta con el ejemplo y corrige un error. No tienes que resolver de nuevo toda la actividad de tus compañeros.</w:t>
      </w:r>
    </w:p>
    <w:p>
      <w:r>
        <w:t>Evidencia mínima para reincorporarte: Diagrama de organización del espacio.</w:t>
      </w:r>
    </w:p>
    <w:p>
      <w:r>
        <w:t>Respuesta modelo para orientación docente: La capoeira afrobrasileña integra movimiento, música y tradición comunitaria; no se reduce a combate.</w:t>
      </w:r>
    </w:p>
    <w:p>
      <w:r>
        <w:t>Pista graduada A: localiza las palabras clave del ejemplo. Pista B: representa la relación con flechas o dibujo. Pista C: responde oralmente y luego escribe una frase completa.</w:t>
      </w:r>
    </w:p>
    <w:p>
      <w:r>
        <w:t>Espacio para ejercicio: _________________________________________________________________</w:t>
      </w:r>
    </w:p>
    <w:p>
      <w:pPr>
        <w:pStyle w:val="Heading2"/>
      </w:pPr>
      <w:r>
        <w:t>Apoyo para la sesión 5. Tiempo en expresiones visuales</w:t>
      </w:r>
    </w:p>
    <w:p>
      <w:r>
        <w:t>Recordatorio explicado: Una secuencia de tres imágenes puede sugerir movimiento, paso del tiempo y ritmo visual.</w:t>
      </w:r>
    </w:p>
    <w:p>
      <w:r>
        <w:t>Paso 1. Lee el recordatorio y señala dos palabras importantes. Escríbelas con tus palabras.</w:t>
      </w:r>
    </w:p>
    <w:p>
      <w:r>
        <w:t>Paso 2. Completa un ejemplo guiado a partir del modelo: ¿Qué sucede? ¿Qué dato o característica lo demuestra?</w:t>
      </w:r>
    </w:p>
    <w:p>
      <w:r>
        <w:t>Paso 3. Realiza la tarea principal con menos elementos al comenzar: Crea tira de tres viñetas para mostrar cómo cambia la postura del cuerpo a lo largo del tiempo.</w:t>
      </w:r>
    </w:p>
    <w:p>
      <w:r>
        <w:t>Paso 4. Revisa tu respuesta con el ejemplo y corrige un error. No tienes que resolver de nuevo toda la actividad de tus compañeros.</w:t>
      </w:r>
    </w:p>
    <w:p>
      <w:r>
        <w:t>Evidencia mínima para reincorporarte: Tríptico secuencial con explicación.</w:t>
      </w:r>
    </w:p>
    <w:p>
      <w:r>
        <w:t>Respuesta modelo para orientación docente: Una secuencia de tres imágenes puede sugerir movimiento, paso del tiempo y ritmo visual.</w:t>
      </w:r>
    </w:p>
    <w:p>
      <w:r>
        <w:t>Pista graduada A: localiza las palabras clave del ejemplo. Pista B: representa la relación con flechas o dibujo. Pista C: responde oralmente y luego escribe una frase completa.</w:t>
      </w:r>
    </w:p>
    <w:p>
      <w:r>
        <w:t>Espacio para ejercicio: _________________________________________________________________</w:t>
      </w:r>
    </w:p>
    <w:p>
      <w:pPr>
        <w:pStyle w:val="Heading2"/>
      </w:pPr>
      <w:r>
        <w:t>Apoyo para la sesión 6. Curaduría de galería</w:t>
      </w:r>
    </w:p>
    <w:p>
      <w:r>
        <w:t>Recordatorio explicado: Comparar no es decidir cuál arte es mejor: se describen rasgos y procedencia.</w:t>
      </w:r>
    </w:p>
    <w:p>
      <w:r>
        <w:t>Paso 1. Lee el recordatorio y señala dos palabras importantes. Escríbelas con tus palabras.</w:t>
      </w:r>
    </w:p>
    <w:p>
      <w:r>
        <w:t>Paso 2. Completa un ejemplo guiado a partir del modelo: ¿Qué sucede? ¿Qué dato o característica lo demuestra?</w:t>
      </w:r>
    </w:p>
    <w:p>
      <w:r>
        <w:t>Paso 3. Realiza la tarea principal con menos elementos al comenzar: Selecciona tres manifestaciones, desarrolla ficha de origen, cuerpo, espacio y tiempo, y prepara ilustraciones propias.</w:t>
      </w:r>
    </w:p>
    <w:p>
      <w:r>
        <w:t>Paso 4. Revisa tu respuesta con el ejemplo y corrige un error. No tienes que resolver de nuevo toda la actividad de tus compañeros.</w:t>
      </w:r>
    </w:p>
    <w:p>
      <w:r>
        <w:t>Evidencia mínima para reincorporarte: Tres fichas de galería con créditos/contexto.</w:t>
      </w:r>
    </w:p>
    <w:p>
      <w:r>
        <w:t>Respuesta modelo para orientación docente: Comparar no es decidir cuál arte es mejor: se describen rasgos y procedencia.</w:t>
      </w:r>
    </w:p>
    <w:p>
      <w:r>
        <w:t>Pista graduada A: localiza las palabras clave del ejemplo. Pista B: representa la relación con flechas o dibujo. Pista C: responde oralmente y luego escribe una frase completa.</w:t>
      </w:r>
    </w:p>
    <w:p>
      <w:r>
        <w:t>Espacio para ejercicio: _________________________________________________________________</w:t>
      </w:r>
    </w:p>
    <w:p>
      <w:pPr>
        <w:pStyle w:val="Heading2"/>
      </w:pPr>
      <w:r>
        <w:t>Apoyo para la sesión 7. Montaje y valoración</w:t>
      </w:r>
    </w:p>
    <w:p>
      <w:r>
        <w:t>Recordatorio explicado: La descripción respetuosa identifica cultura y contexto y evita estereotipos.</w:t>
      </w:r>
    </w:p>
    <w:p>
      <w:r>
        <w:t>Paso 1. Lee el recordatorio y señala dos palabras importantes. Escríbelas con tus palabras.</w:t>
      </w:r>
    </w:p>
    <w:p>
      <w:r>
        <w:t>Paso 2. Completa un ejemplo guiado a partir del modelo: ¿Qué sucede? ¿Qué dato o característica lo demuestra?</w:t>
      </w:r>
    </w:p>
    <w:p>
      <w:r>
        <w:t>Paso 3. Realiza la tarea principal con menos elementos al comenzar: Monta galería en papel, explica semejanzas/diferencias y recibe comentarios.</w:t>
      </w:r>
    </w:p>
    <w:p>
      <w:r>
        <w:t>Paso 4. Revisa tu respuesta con el ejemplo y corrige un error. No tienes que resolver de nuevo toda la actividad de tus compañeros.</w:t>
      </w:r>
    </w:p>
    <w:p>
      <w:r>
        <w:t>Evidencia mínima para reincorporarte: Galería final con conclusión comparativa.</w:t>
      </w:r>
    </w:p>
    <w:p>
      <w:r>
        <w:t>Respuesta modelo para orientación docente: La descripción respetuosa identifica cultura y contexto y evita estereotipos.</w:t>
      </w:r>
    </w:p>
    <w:p>
      <w:r>
        <w:t>Pista graduada A: localiza las palabras clave del ejemplo. Pista B: representa la relación con flechas o dibujo. Pista C: responde oralmente y luego escribe una frase completa.</w:t>
      </w:r>
    </w:p>
    <w:p>
      <w:r>
        <w:t>Espacio para ejercicio: _________________________________________________________________</w:t>
      </w:r>
    </w:p>
    <w:p>
      <w:pPr>
        <w:pStyle w:val="Heading1"/>
      </w:pPr>
      <w:r>
        <w:t>Criterios simples para revisar</w:t>
      </w:r>
    </w:p>
    <w:p>
      <w:r>
        <w:t>1. Reconoce el concepto central del PDA. 2. Completa un ejemplo con apoyo. 3. Explica de manera breve una decisión. 4. Puede regresar a la actividad común con menor ayuda. No penalizar falta de internet ni velocidad de trabajo.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